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3400"/>
            <w:vAlign w:val="center"/>
          </w:tcPr>
          <w:p>
            <w:r>
              <w:drawing>
                <wp:inline xmlns:a="http://schemas.openxmlformats.org/drawingml/2006/main" xmlns:pic="http://schemas.openxmlformats.org/drawingml/2006/picture">
                  <wp:extent cx="1781175" cy="647700"/>
                  <wp:docPr id="1" name="Picture 1"/>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1781175" cy="647700"/>
                          </a:xfrm>
                          <a:prstGeom prst="rect"/>
                        </pic:spPr>
                      </pic:pic>
                    </a:graphicData>
                  </a:graphic>
                </wp:inline>
              </w:drawing>
            </w:r>
          </w:p>
        </w:tc>
        <w:tc>
          <w:tcPr>
            <w:tcW w:type="dxa" w:w="7400"/>
            <w:vAlign w:val="center"/>
          </w:tcPr>
          <w:p>
            <w:pPr>
              <w:spacing w:after="0" w:before="0"/>
            </w:pPr>
            <w:r>
              <w:rPr>
                <w:rFonts w:ascii="Calibri" w:hAnsi="Calibri"/>
                <w:b/>
                <w:sz w:val="22"/>
              </w:rPr>
              <w:t>New York College of Health Professions</w:t>
            </w:r>
          </w:p>
          <w:p>
            <w:pPr>
              <w:spacing w:after="0" w:before="0"/>
            </w:pPr>
            <w:r>
              <w:rPr>
                <w:rFonts w:ascii="Calibri" w:hAnsi="Calibri"/>
                <w:color w:val="555555"/>
                <w:sz w:val="18"/>
              </w:rPr>
              <w:t>Office of International Students (OIS)</w:t>
            </w:r>
          </w:p>
          <w:p>
            <w:pPr>
              <w:spacing w:after="0" w:before="0"/>
            </w:pPr>
            <w:r>
              <w:rPr>
                <w:rFonts w:ascii="Calibri" w:hAnsi="Calibri"/>
                <w:color w:val="555555"/>
                <w:sz w:val="18"/>
              </w:rPr>
              <w:t>6851 Jericho Turnpike, Suite 210, Syosset, NY 11791</w:t>
            </w:r>
          </w:p>
          <w:p>
            <w:pPr>
              <w:spacing w:after="0" w:before="0"/>
            </w:pPr>
            <w:r>
              <w:rPr>
                <w:rFonts w:ascii="Calibri" w:hAnsi="Calibri"/>
                <w:color w:val="555555"/>
                <w:sz w:val="18"/>
              </w:rPr>
              <w:t>OIS@nycollege.edu</w:t>
            </w:r>
          </w:p>
        </w:tc>
      </w:tr>
    </w:tbl>
    <w:p>
      <w:pPr>
        <w:spacing w:before="120" w:after="40"/>
      </w:pPr>
      <w:r>
        <w:rPr>
          <w:rFonts w:ascii="Calibri" w:hAnsi="Calibri"/>
          <w:b/>
          <w:sz w:val="28"/>
        </w:rPr>
        <w:t>SEVIS I-20 TRANSFER FORM</w:t>
      </w:r>
    </w:p>
    <w:p>
      <w:pPr>
        <w:spacing w:after="160"/>
      </w:pPr>
      <w:r>
        <w:rPr>
          <w:rFonts w:ascii="Calibri" w:hAnsi="Calibri"/>
          <w:color w:val="555555"/>
          <w:sz w:val="20"/>
        </w:rPr>
        <w:t>For F-1 Students Transferring to New York College of Health Professions · Academic Year 2026–2027</w:t>
      </w:r>
    </w:p>
    <w:p>
      <w:pPr>
        <w:spacing w:after="120"/>
      </w:pPr>
      <w:r>
        <w:rPr>
          <w:rFonts w:ascii="Calibri" w:hAnsi="Calibri"/>
          <w:b w:val="0"/>
          <w:sz w:val="19"/>
        </w:rPr>
        <w:t>This form is required only for applicants who have been attending a SEVP-certified school in the United States in F-1 status and wish to transfer their SEVIS record to New York College of Health Professions. Complete Section 1 and sign, then give this form to the international student advisor (DSO) at the school you currently attend or most recently attended, so they can complete Section 3. Your Form I-20 cannot be issued until Sections 1 and 3 are both received by the Office of International Students (OIS), together with the financial documentation described in Section 2.</w:t>
      </w:r>
    </w:p>
    <w:tbl>
      <w:tblPr>
        <w:tblW w:type="auto" w:w="0"/>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val="clear" w:color="auto" w:fill="1F3A5F"/>
          </w:tcPr>
          <w:p>
            <w:pPr>
              <w:spacing w:before="40" w:after="40"/>
            </w:pPr>
            <w:r>
              <w:rPr>
                <w:rFonts w:ascii="Calibri" w:hAnsi="Calibri"/>
                <w:b/>
                <w:color w:val="FFFFFF"/>
                <w:sz w:val="20"/>
              </w:rPr>
              <w:t>SECTION 1 — STUDENT INFORMATION  (TO BE COMPLETED BY THE STUDENT)</w:t>
            </w:r>
          </w:p>
        </w:tc>
      </w:tr>
    </w:tbl>
    <w:p>
      <w:pPr>
        <w:spacing w:after="40"/>
      </w:pPr>
    </w:p>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2700"/>
        <w:gridCol w:w="2700"/>
        <w:gridCol w:w="2700"/>
        <w:gridCol w:w="2700"/>
      </w:tblGrid>
      <w:tr>
        <w:tc>
          <w:tcPr>
            <w:tcW w:type="dxa" w:w="2992"/>
          </w:tcPr>
          <w:p>
            <w:pPr>
              <w:spacing w:after="0" w:before="0"/>
              <w:pBdr>
                <w:bottom w:val="single" w:color="000000" w:sz="4"/>
              </w:pBdr>
            </w:pPr>
            <w:bookmarkStart w:id="1" w:name="Text1"/>
            <w:r>
              <w:fldChar w:fldCharType="begin">
                <w:ffData>
                  <w:name w:val="Text1"/>
                  <w:enabled/>
                  <w:calcOnExit w:val="0"/>
                  <w:textInput/>
                </w:ffData>
              </w:fldChar>
            </w:r>
            <w:r>
              <w:instrText xml:space="preserve"> FORMTEXT </w:instrText>
            </w:r>
            <w:r>
              <w:fldChar w:fldCharType="separate"/>
            </w:r>
            <w:r>
              <w:rPr>
                <w:sz w:val="19"/>
              </w:rPr>
              <w:t xml:space="preserve"/>
            </w:r>
            <w:r>
              <w:fldChar w:fldCharType="end"/>
            </w:r>
            <w:bookmarkEnd w:id="1"/>
          </w:p>
          <w:p>
            <w:pPr>
              <w:spacing w:before="20" w:after="80"/>
            </w:pPr>
            <w:r>
              <w:rPr>
                <w:rFonts w:ascii="Calibri" w:hAnsi="Calibri"/>
                <w:b/>
                <w:i w:val="0"/>
                <w:color w:val="555555"/>
                <w:sz w:val="13"/>
              </w:rPr>
              <w:t>Family name (surname)</w:t>
            </w:r>
          </w:p>
        </w:tc>
        <w:tc>
          <w:tcPr>
            <w:tcW w:type="dxa" w:w="2992"/>
          </w:tcPr>
          <w:p>
            <w:pPr>
              <w:spacing w:after="0" w:before="0"/>
              <w:pBdr>
                <w:bottom w:val="single" w:color="000000" w:sz="4"/>
              </w:pBdr>
            </w:pPr>
            <w:bookmarkStart w:id="2" w:name="Text2"/>
            <w:r>
              <w:fldChar w:fldCharType="begin">
                <w:ffData>
                  <w:name w:val="Text2"/>
                  <w:enabled/>
                  <w:calcOnExit w:val="0"/>
                  <w:textInput/>
                </w:ffData>
              </w:fldChar>
            </w:r>
            <w:r>
              <w:instrText xml:space="preserve"> FORMTEXT </w:instrText>
            </w:r>
            <w:r>
              <w:fldChar w:fldCharType="separate"/>
            </w:r>
            <w:r>
              <w:rPr>
                <w:sz w:val="19"/>
              </w:rPr>
              <w:t xml:space="preserve"/>
            </w:r>
            <w:r>
              <w:fldChar w:fldCharType="end"/>
            </w:r>
            <w:bookmarkEnd w:id="2"/>
          </w:p>
          <w:p>
            <w:pPr>
              <w:spacing w:before="20" w:after="80"/>
            </w:pPr>
            <w:r>
              <w:rPr>
                <w:rFonts w:ascii="Calibri" w:hAnsi="Calibri"/>
                <w:b/>
                <w:i w:val="0"/>
                <w:color w:val="555555"/>
                <w:sz w:val="13"/>
              </w:rPr>
              <w:t>Given (first) name</w:t>
            </w:r>
          </w:p>
        </w:tc>
        <w:tc>
          <w:tcPr>
            <w:tcW w:type="dxa" w:w="2992"/>
          </w:tcPr>
          <w:p>
            <w:pPr>
              <w:spacing w:after="0" w:before="0"/>
              <w:pBdr>
                <w:bottom w:val="single" w:color="000000" w:sz="4"/>
              </w:pBdr>
            </w:pPr>
            <w:bookmarkStart w:id="3" w:name="Text3"/>
            <w:r>
              <w:fldChar w:fldCharType="begin">
                <w:ffData>
                  <w:name w:val="Text3"/>
                  <w:enabled/>
                  <w:calcOnExit w:val="0"/>
                  <w:textInput/>
                </w:ffData>
              </w:fldChar>
            </w:r>
            <w:r>
              <w:instrText xml:space="preserve"> FORMTEXT </w:instrText>
            </w:r>
            <w:r>
              <w:fldChar w:fldCharType="separate"/>
            </w:r>
            <w:r>
              <w:rPr>
                <w:sz w:val="19"/>
              </w:rPr>
              <w:t xml:space="preserve"/>
            </w:r>
            <w:r>
              <w:fldChar w:fldCharType="end"/>
            </w:r>
            <w:bookmarkEnd w:id="3"/>
          </w:p>
          <w:p>
            <w:pPr>
              <w:spacing w:before="20" w:after="80"/>
            </w:pPr>
            <w:r>
              <w:rPr>
                <w:rFonts w:ascii="Calibri" w:hAnsi="Calibri"/>
                <w:b/>
                <w:i w:val="0"/>
                <w:color w:val="555555"/>
                <w:sz w:val="13"/>
              </w:rPr>
              <w:t>Middle / second given name, if any</w:t>
            </w:r>
          </w:p>
        </w:tc>
        <w:tc>
          <w:tcPr>
            <w:tcW w:type="dxa" w:w="1824"/>
          </w:tcPr>
          <w:p>
            <w:pPr>
              <w:spacing w:after="0" w:before="0"/>
              <w:pBdr>
                <w:bottom w:val="single" w:color="000000" w:sz="4"/>
              </w:pBdr>
            </w:pPr>
            <w:bookmarkStart w:id="4" w:name="Text4"/>
            <w:r>
              <w:fldChar w:fldCharType="begin">
                <w:ffData>
                  <w:name w:val="Text4"/>
                  <w:enabled/>
                  <w:calcOnExit w:val="0"/>
                  <w:textInput/>
                </w:ffData>
              </w:fldChar>
            </w:r>
            <w:r>
              <w:instrText xml:space="preserve"> FORMTEXT </w:instrText>
            </w:r>
            <w:r>
              <w:fldChar w:fldCharType="separate"/>
            </w:r>
            <w:r>
              <w:rPr>
                <w:sz w:val="19"/>
              </w:rPr>
              <w:t xml:space="preserve"/>
            </w:r>
            <w:r>
              <w:fldChar w:fldCharType="end"/>
            </w:r>
            <w:bookmarkEnd w:id="4"/>
          </w:p>
          <w:p>
            <w:pPr>
              <w:spacing w:before="20" w:after="80"/>
            </w:pPr>
            <w:r>
              <w:rPr>
                <w:rFonts w:ascii="Calibri" w:hAnsi="Calibri"/>
                <w:b/>
                <w:i w:val="0"/>
                <w:color w:val="555555"/>
                <w:sz w:val="13"/>
              </w:rPr>
              <w:t>Date of birth (mm/dd/yyyy)</w:t>
            </w:r>
          </w:p>
        </w:tc>
      </w:tr>
    </w:tbl>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2700"/>
        <w:gridCol w:w="2700"/>
        <w:gridCol w:w="2700"/>
        <w:gridCol w:w="2700"/>
      </w:tblGrid>
      <w:tr>
        <w:tc>
          <w:tcPr>
            <w:tcW w:type="dxa" w:w="2992"/>
          </w:tcPr>
          <w:p>
            <w:pPr>
              <w:spacing w:after="0" w:before="0"/>
              <w:pBdr>
                <w:bottom w:val="single" w:color="000000" w:sz="4"/>
              </w:pBdr>
            </w:pPr>
            <w:bookmarkStart w:id="5" w:name="Text5"/>
            <w:r>
              <w:fldChar w:fldCharType="begin">
                <w:ffData>
                  <w:name w:val="Text5"/>
                  <w:enabled/>
                  <w:calcOnExit w:val="0"/>
                  <w:textInput/>
                </w:ffData>
              </w:fldChar>
            </w:r>
            <w:r>
              <w:instrText xml:space="preserve"> FORMTEXT </w:instrText>
            </w:r>
            <w:r>
              <w:fldChar w:fldCharType="separate"/>
            </w:r>
            <w:r>
              <w:rPr>
                <w:sz w:val="19"/>
              </w:rPr>
              <w:t xml:space="preserve"/>
            </w:r>
            <w:r>
              <w:fldChar w:fldCharType="end"/>
            </w:r>
            <w:bookmarkEnd w:id="5"/>
          </w:p>
          <w:p>
            <w:pPr>
              <w:spacing w:before="20" w:after="80"/>
            </w:pPr>
            <w:r>
              <w:rPr>
                <w:rFonts w:ascii="Calibri" w:hAnsi="Calibri"/>
                <w:b/>
                <w:i w:val="0"/>
                <w:color w:val="555555"/>
                <w:sz w:val="13"/>
              </w:rPr>
              <w:t>Foreign address — street</w:t>
            </w:r>
          </w:p>
        </w:tc>
        <w:tc>
          <w:tcPr>
            <w:tcW w:type="dxa" w:w="2992"/>
          </w:tcPr>
          <w:p>
            <w:pPr>
              <w:spacing w:after="0" w:before="0"/>
              <w:pBdr>
                <w:bottom w:val="single" w:color="000000" w:sz="4"/>
              </w:pBdr>
            </w:pPr>
            <w:bookmarkStart w:id="6" w:name="Text6"/>
            <w:r>
              <w:fldChar w:fldCharType="begin">
                <w:ffData>
                  <w:name w:val="Text6"/>
                  <w:enabled/>
                  <w:calcOnExit w:val="0"/>
                  <w:textInput/>
                </w:ffData>
              </w:fldChar>
            </w:r>
            <w:r>
              <w:instrText xml:space="preserve"> FORMTEXT </w:instrText>
            </w:r>
            <w:r>
              <w:fldChar w:fldCharType="separate"/>
            </w:r>
            <w:r>
              <w:rPr>
                <w:sz w:val="19"/>
              </w:rPr>
              <w:t xml:space="preserve"/>
            </w:r>
            <w:r>
              <w:fldChar w:fldCharType="end"/>
            </w:r>
            <w:bookmarkEnd w:id="6"/>
          </w:p>
          <w:p>
            <w:pPr>
              <w:spacing w:before="20" w:after="80"/>
            </w:pPr>
            <w:r>
              <w:rPr>
                <w:rFonts w:ascii="Calibri" w:hAnsi="Calibri"/>
                <w:b/>
                <w:i w:val="0"/>
                <w:color w:val="555555"/>
                <w:sz w:val="13"/>
              </w:rPr>
              <w:t>City / province</w:t>
            </w:r>
          </w:p>
        </w:tc>
        <w:tc>
          <w:tcPr>
            <w:tcW w:type="dxa" w:w="1824"/>
          </w:tcPr>
          <w:p>
            <w:pPr>
              <w:spacing w:after="0" w:before="0"/>
              <w:pBdr>
                <w:bottom w:val="single" w:color="000000" w:sz="4"/>
              </w:pBdr>
            </w:pPr>
            <w:bookmarkStart w:id="7" w:name="Text7"/>
            <w:r>
              <w:fldChar w:fldCharType="begin">
                <w:ffData>
                  <w:name w:val="Text7"/>
                  <w:enabled/>
                  <w:calcOnExit w:val="0"/>
                  <w:textInput/>
                </w:ffData>
              </w:fldChar>
            </w:r>
            <w:r>
              <w:instrText xml:space="preserve"> FORMTEXT </w:instrText>
            </w:r>
            <w:r>
              <w:fldChar w:fldCharType="separate"/>
            </w:r>
            <w:r>
              <w:rPr>
                <w:sz w:val="19"/>
              </w:rPr>
              <w:t xml:space="preserve"/>
            </w:r>
            <w:r>
              <w:fldChar w:fldCharType="end"/>
            </w:r>
            <w:bookmarkEnd w:id="7"/>
          </w:p>
          <w:p>
            <w:pPr>
              <w:spacing w:before="20" w:after="80"/>
            </w:pPr>
            <w:r>
              <w:rPr>
                <w:rFonts w:ascii="Calibri" w:hAnsi="Calibri"/>
                <w:b/>
                <w:i w:val="0"/>
                <w:color w:val="555555"/>
                <w:sz w:val="13"/>
              </w:rPr>
              <w:t>Postal code</w:t>
            </w:r>
          </w:p>
        </w:tc>
        <w:tc>
          <w:tcPr>
            <w:tcW w:type="dxa" w:w="2992"/>
          </w:tcPr>
          <w:p>
            <w:pPr>
              <w:spacing w:after="0" w:before="0"/>
              <w:pBdr>
                <w:bottom w:val="single" w:color="000000" w:sz="4"/>
              </w:pBdr>
            </w:pPr>
            <w:bookmarkStart w:id="8" w:name="Text8"/>
            <w:r>
              <w:fldChar w:fldCharType="begin">
                <w:ffData>
                  <w:name w:val="Text8"/>
                  <w:enabled/>
                  <w:calcOnExit w:val="0"/>
                  <w:textInput/>
                </w:ffData>
              </w:fldChar>
            </w:r>
            <w:r>
              <w:instrText xml:space="preserve"> FORMTEXT </w:instrText>
            </w:r>
            <w:r>
              <w:fldChar w:fldCharType="separate"/>
            </w:r>
            <w:r>
              <w:rPr>
                <w:sz w:val="19"/>
              </w:rPr>
              <w:t xml:space="preserve"/>
            </w:r>
            <w:r>
              <w:fldChar w:fldCharType="end"/>
            </w:r>
            <w:bookmarkEnd w:id="8"/>
          </w:p>
          <w:p>
            <w:pPr>
              <w:spacing w:before="20" w:after="80"/>
            </w:pPr>
            <w:r>
              <w:rPr>
                <w:rFonts w:ascii="Calibri" w:hAnsi="Calibri"/>
                <w:b/>
                <w:i w:val="0"/>
                <w:color w:val="555555"/>
                <w:sz w:val="13"/>
              </w:rPr>
              <w:t>Country</w:t>
            </w:r>
          </w:p>
        </w:tc>
      </w:tr>
    </w:tbl>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5400"/>
          </w:tcPr>
          <w:p>
            <w:pPr>
              <w:spacing w:after="0" w:before="0"/>
              <w:pBdr>
                <w:bottom w:val="single" w:color="000000" w:sz="4"/>
              </w:pBdr>
            </w:pPr>
            <w:bookmarkStart w:id="9" w:name="Text9"/>
            <w:r>
              <w:fldChar w:fldCharType="begin">
                <w:ffData>
                  <w:name w:val="Text9"/>
                  <w:enabled/>
                  <w:calcOnExit w:val="0"/>
                  <w:textInput/>
                </w:ffData>
              </w:fldChar>
            </w:r>
            <w:r>
              <w:instrText xml:space="preserve"> FORMTEXT </w:instrText>
            </w:r>
            <w:r>
              <w:fldChar w:fldCharType="separate"/>
            </w:r>
            <w:r>
              <w:rPr>
                <w:sz w:val="19"/>
              </w:rPr>
              <w:t xml:space="preserve"/>
            </w:r>
            <w:r>
              <w:fldChar w:fldCharType="end"/>
            </w:r>
            <w:bookmarkEnd w:id="9"/>
          </w:p>
          <w:p>
            <w:pPr>
              <w:spacing w:before="20" w:after="80"/>
            </w:pPr>
            <w:r>
              <w:rPr>
                <w:rFonts w:ascii="Calibri" w:hAnsi="Calibri"/>
                <w:b/>
                <w:i w:val="0"/>
                <w:color w:val="555555"/>
                <w:sz w:val="13"/>
              </w:rPr>
              <w:t>I-94 admission number</w:t>
            </w:r>
          </w:p>
        </w:tc>
        <w:tc>
          <w:tcPr>
            <w:tcW w:type="dxa" w:w="5400"/>
          </w:tcPr>
          <w:p>
            <w:pPr>
              <w:spacing w:after="0" w:before="0"/>
              <w:pBdr>
                <w:bottom w:val="single" w:color="000000" w:sz="4"/>
              </w:pBdr>
            </w:pPr>
            <w:bookmarkStart w:id="10" w:name="Text10"/>
            <w:r>
              <w:fldChar w:fldCharType="begin">
                <w:ffData>
                  <w:name w:val="Text10"/>
                  <w:enabled/>
                  <w:calcOnExit w:val="0"/>
                  <w:textInput/>
                </w:ffData>
              </w:fldChar>
            </w:r>
            <w:r>
              <w:instrText xml:space="preserve"> FORMTEXT </w:instrText>
            </w:r>
            <w:r>
              <w:fldChar w:fldCharType="separate"/>
            </w:r>
            <w:r>
              <w:rPr>
                <w:sz w:val="19"/>
              </w:rPr>
              <w:t xml:space="preserve"/>
            </w:r>
            <w:r>
              <w:fldChar w:fldCharType="end"/>
            </w:r>
            <w:bookmarkEnd w:id="10"/>
          </w:p>
          <w:p>
            <w:pPr>
              <w:spacing w:before="20" w:after="80"/>
            </w:pPr>
            <w:r>
              <w:rPr>
                <w:rFonts w:ascii="Calibri" w:hAnsi="Calibri"/>
                <w:b/>
                <w:i w:val="0"/>
                <w:color w:val="555555"/>
                <w:sz w:val="13"/>
              </w:rPr>
              <w:t>Email address</w:t>
            </w:r>
          </w:p>
        </w:tc>
      </w:tr>
    </w:tbl>
    <w:p>
      <w:pPr>
        <w:spacing w:after="120"/>
      </w:pPr>
      <w:r>
        <w:rPr>
          <w:rFonts w:ascii="Calibri" w:hAnsi="Calibri"/>
          <w:sz w:val="19"/>
        </w:rPr>
        <w:t xml:space="preserve">Intend to transfer to New York College of Health Professions for:   </w:t>
      </w:r>
      <w:bookmarkStart w:id="24" w:name="Check24"/>
      <w:r>
        <w:fldChar w:fldCharType="begin">
          <w:ffData>
            <w:name w:val="Check24"/>
            <w:enabled/>
            <w:calcOnExit w:val="0"/>
            <w:checkBox>
              <w:size w:val="20"/>
              <w:default w:val="0"/>
            </w:checkBox>
          </w:ffData>
        </w:fldChar>
      </w:r>
      <w:r>
        <w:instrText xml:space="preserve"> FORMCHECKBOX </w:instrText>
      </w:r>
      <w:r>
        <w:fldChar w:fldCharType="separate"/>
      </w:r>
      <w:r>
        <w:fldChar w:fldCharType="end"/>
      </w:r>
      <w:bookmarkEnd w:id="24"/>
      <w:r>
        <w:rPr>
          <w:rFonts w:ascii="Calibri" w:hAnsi="Calibri"/>
          <w:sz w:val="19"/>
        </w:rPr>
        <w:t xml:space="preserve"> Spring   ☐ Summer   ☐ Fall,  Year: __________</w:t>
      </w:r>
    </w:p>
    <w:p>
      <w:pPr>
        <w:spacing w:after="120"/>
      </w:pPr>
      <w:r>
        <w:rPr>
          <w:rFonts w:ascii="Calibri" w:hAnsi="Calibri"/>
          <w:sz w:val="19"/>
        </w:rPr>
        <w:t xml:space="preserve">Program applying to:   </w:t>
      </w:r>
      <w:bookmarkStart w:id="25" w:name="Check25"/>
      <w:r>
        <w:fldChar w:fldCharType="begin">
          <w:ffData>
            <w:name w:val="Check25"/>
            <w:enabled/>
            <w:calcOnExit w:val="0"/>
            <w:checkBox>
              <w:size w:val="20"/>
              <w:default w:val="0"/>
            </w:checkBox>
          </w:ffData>
        </w:fldChar>
      </w:r>
      <w:r>
        <w:instrText xml:space="preserve"> FORMCHECKBOX </w:instrText>
      </w:r>
      <w:r>
        <w:fldChar w:fldCharType="separate"/>
      </w:r>
      <w:r>
        <w:fldChar w:fldCharType="end"/>
      </w:r>
      <w:bookmarkEnd w:id="25"/>
      <w:r>
        <w:rPr>
          <w:rFonts w:ascii="Calibri" w:hAnsi="Calibri"/>
          <w:sz w:val="19"/>
        </w:rPr>
        <w:t xml:space="preserve"> Massage Therapy (A.O.S.)     ☐ Acupuncture (M.S.)     ☐ Acupuncture with Chinese Herbal Medicine (M.S.)</w:t>
      </w:r>
    </w:p>
    <w:p>
      <w:pPr>
        <w:spacing w:after="160"/>
      </w:pPr>
      <w:r>
        <w:rPr>
          <w:rFonts w:ascii="Calibri" w:hAnsi="Calibri"/>
          <w:b w:val="0"/>
          <w:sz w:val="19"/>
        </w:rPr>
        <w:t>I hereby grant permission for the information requested in Section 3 below to be released to New York College of Health Professions.</w:t>
      </w:r>
    </w:p>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7425"/>
          </w:tcPr>
          <w:p>
            <w:pPr>
              <w:spacing w:after="0" w:before="0"/>
              <w:pBdr>
                <w:bottom w:val="single" w:color="000000" w:sz="4"/>
              </w:pBdr>
            </w:pPr>
            <w:bookmarkStart w:id="11" w:name="Text11"/>
            <w:r>
              <w:fldChar w:fldCharType="begin">
                <w:ffData>
                  <w:name w:val="Text11"/>
                  <w:enabled/>
                  <w:calcOnExit w:val="0"/>
                  <w:textInput/>
                </w:ffData>
              </w:fldChar>
            </w:r>
            <w:r>
              <w:instrText xml:space="preserve"> FORMTEXT </w:instrText>
            </w:r>
            <w:r>
              <w:fldChar w:fldCharType="separate"/>
            </w:r>
            <w:r>
              <w:rPr>
                <w:sz w:val="19"/>
              </w:rPr>
              <w:t xml:space="preserve"/>
            </w:r>
            <w:r>
              <w:fldChar w:fldCharType="end"/>
            </w:r>
            <w:bookmarkEnd w:id="11"/>
          </w:p>
          <w:p>
            <w:pPr>
              <w:spacing w:before="20" w:after="80"/>
            </w:pPr>
            <w:r>
              <w:rPr>
                <w:rFonts w:ascii="Calibri" w:hAnsi="Calibri"/>
                <w:b/>
                <w:i w:val="0"/>
                <w:color w:val="555555"/>
                <w:sz w:val="13"/>
              </w:rPr>
              <w:t>Student's signature</w:t>
            </w:r>
          </w:p>
        </w:tc>
        <w:tc>
          <w:tcPr>
            <w:tcW w:type="dxa" w:w="3375"/>
          </w:tcPr>
          <w:p>
            <w:pPr>
              <w:spacing w:after="0" w:before="0"/>
              <w:pBdr>
                <w:bottom w:val="single" w:color="000000" w:sz="4"/>
              </w:pBdr>
            </w:pPr>
            <w:bookmarkStart w:id="12" w:name="Text12"/>
            <w:r>
              <w:fldChar w:fldCharType="begin">
                <w:ffData>
                  <w:name w:val="Text12"/>
                  <w:enabled/>
                  <w:calcOnExit w:val="0"/>
                  <w:textInput/>
                </w:ffData>
              </w:fldChar>
            </w:r>
            <w:r>
              <w:instrText xml:space="preserve"> FORMTEXT </w:instrText>
            </w:r>
            <w:r>
              <w:fldChar w:fldCharType="separate"/>
            </w:r>
            <w:r>
              <w:rPr>
                <w:sz w:val="19"/>
              </w:rPr>
              <w:t xml:space="preserve"/>
            </w:r>
            <w:r>
              <w:fldChar w:fldCharType="end"/>
            </w:r>
            <w:bookmarkEnd w:id="12"/>
          </w:p>
          <w:p>
            <w:pPr>
              <w:spacing w:before="20" w:after="80"/>
            </w:pPr>
            <w:r>
              <w:rPr>
                <w:rFonts w:ascii="Calibri" w:hAnsi="Calibri"/>
                <w:b/>
                <w:i w:val="0"/>
                <w:color w:val="555555"/>
                <w:sz w:val="13"/>
              </w:rPr>
              <w:t>Date</w:t>
            </w:r>
          </w:p>
        </w:tc>
      </w:tr>
    </w:tbl>
    <w:tbl>
      <w:tblPr>
        <w:tblW w:type="auto" w:w="0"/>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val="clear" w:color="auto" w:fill="1F3A5F"/>
          </w:tcPr>
          <w:p>
            <w:pPr>
              <w:spacing w:before="40" w:after="40"/>
            </w:pPr>
            <w:r>
              <w:rPr>
                <w:rFonts w:ascii="Calibri" w:hAnsi="Calibri"/>
                <w:b/>
                <w:color w:val="FFFFFF"/>
                <w:sz w:val="20"/>
              </w:rPr>
              <w:t>SECTION 2 — 2026–2027 ESTIMATED ANNUAL EXPENSES FOR F-1 STUDENTS</w:t>
            </w:r>
          </w:p>
        </w:tc>
      </w:tr>
    </w:tbl>
    <w:p>
      <w:pPr>
        <w:spacing w:after="40"/>
      </w:pPr>
    </w:p>
    <w:p>
      <w:pPr>
        <w:spacing w:after="120"/>
      </w:pPr>
      <w:r>
        <w:rPr>
          <w:rFonts w:ascii="Calibri" w:hAnsi="Calibri"/>
          <w:b w:val="0"/>
          <w:sz w:val="19"/>
        </w:rPr>
        <w:t>The figures below are the College's 2026–2027 estimated average expenses for one 12-month academic year (three trimesters), consistent with SEVP guidance that Form I-20 cost estimates reflect average tuition, fees, and living expenses for the shorter of the program length, the academic year, or 12 months. Before your Form I-20 can be issued, OIS must receive financial documentation meeting or exceeding the estimated annual total for the program you are entering.</w:t>
      </w:r>
    </w:p>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2160"/>
        <w:gridCol w:w="2160"/>
        <w:gridCol w:w="2160"/>
        <w:gridCol w:w="2160"/>
        <w:gridCol w:w="2160"/>
      </w:tblGrid>
      <w:tr>
        <w:tc>
          <w:tcPr>
            <w:tcW w:type="dxa" w:w="3600"/>
            <w:shd w:val="clear" w:color="auto" w:fill="1F3A5F"/>
          </w:tcPr>
          <w:p>
            <w:pPr>
              <w:spacing w:after="40" w:before="40"/>
            </w:pPr>
            <w:r>
              <w:rPr>
                <w:rFonts w:ascii="Calibri" w:hAnsi="Calibri"/>
                <w:b/>
                <w:color w:val="FFFFFF"/>
                <w:sz w:val="16"/>
              </w:rPr>
              <w:t>Program</w:t>
            </w:r>
          </w:p>
        </w:tc>
        <w:tc>
          <w:tcPr>
            <w:tcW w:type="dxa" w:w="1800"/>
            <w:shd w:val="clear" w:color="auto" w:fill="1F3A5F"/>
          </w:tcPr>
          <w:p>
            <w:pPr>
              <w:spacing w:after="40" w:before="40"/>
            </w:pPr>
            <w:r>
              <w:rPr>
                <w:rFonts w:ascii="Calibri" w:hAnsi="Calibri"/>
                <w:b/>
                <w:color w:val="FFFFFF"/>
                <w:sz w:val="16"/>
              </w:rPr>
              <w:t>First-Trimester Tuition</w:t>
            </w:r>
          </w:p>
        </w:tc>
        <w:tc>
          <w:tcPr>
            <w:tcW w:type="dxa" w:w="1800"/>
            <w:shd w:val="clear" w:color="auto" w:fill="1F3A5F"/>
          </w:tcPr>
          <w:p>
            <w:pPr>
              <w:spacing w:after="40" w:before="40"/>
            </w:pPr>
            <w:r>
              <w:rPr>
                <w:rFonts w:ascii="Calibri" w:hAnsi="Calibri"/>
                <w:b/>
                <w:color w:val="FFFFFF"/>
                <w:sz w:val="16"/>
              </w:rPr>
              <w:t>Average Annual Tuition</w:t>
            </w:r>
          </w:p>
        </w:tc>
        <w:tc>
          <w:tcPr>
            <w:tcW w:type="dxa" w:w="1800"/>
            <w:shd w:val="clear" w:color="auto" w:fill="1F3A5F"/>
          </w:tcPr>
          <w:p>
            <w:pPr>
              <w:spacing w:after="40" w:before="40"/>
            </w:pPr>
            <w:r>
              <w:rPr>
                <w:rFonts w:ascii="Calibri" w:hAnsi="Calibri"/>
                <w:b/>
                <w:color w:val="FFFFFF"/>
                <w:sz w:val="16"/>
              </w:rPr>
              <w:t>Room and Food</w:t>
            </w:r>
          </w:p>
        </w:tc>
        <w:tc>
          <w:tcPr>
            <w:tcW w:type="dxa" w:w="1800"/>
            <w:shd w:val="clear" w:color="auto" w:fill="1F3A5F"/>
          </w:tcPr>
          <w:p>
            <w:pPr>
              <w:spacing w:after="40" w:before="40"/>
            </w:pPr>
            <w:r>
              <w:rPr>
                <w:rFonts w:ascii="Calibri" w:hAnsi="Calibri"/>
                <w:b/>
                <w:color w:val="FFFFFF"/>
                <w:sz w:val="16"/>
              </w:rPr>
              <w:t>Estimated Annual Total*</w:t>
            </w:r>
          </w:p>
        </w:tc>
      </w:tr>
      <w:tr>
        <w:tc>
          <w:tcPr>
            <w:tcW w:type="dxa" w:w="3600"/>
          </w:tcPr>
          <w:p>
            <w:pPr>
              <w:spacing w:after="40" w:before="40"/>
            </w:pPr>
            <w:r>
              <w:rPr>
                <w:rFonts w:ascii="Calibri" w:hAnsi="Calibri"/>
                <w:sz w:val="17"/>
              </w:rPr>
              <w:t>Massage Therapy (A.O.S.)</w:t>
            </w:r>
          </w:p>
        </w:tc>
        <w:tc>
          <w:tcPr>
            <w:tcW w:type="dxa" w:w="1800"/>
          </w:tcPr>
          <w:p>
            <w:pPr>
              <w:spacing w:after="40" w:before="40"/>
            </w:pPr>
            <w:r>
              <w:rPr>
                <w:rFonts w:ascii="Calibri" w:hAnsi="Calibri"/>
                <w:sz w:val="17"/>
              </w:rPr>
              <w:t>$5,400</w:t>
            </w:r>
          </w:p>
        </w:tc>
        <w:tc>
          <w:tcPr>
            <w:tcW w:type="dxa" w:w="1800"/>
          </w:tcPr>
          <w:p>
            <w:pPr>
              <w:spacing w:after="40" w:before="40"/>
            </w:pPr>
            <w:r>
              <w:rPr>
                <w:rFonts w:ascii="Calibri" w:hAnsi="Calibri"/>
                <w:sz w:val="17"/>
              </w:rPr>
              <w:t>$16,200</w:t>
            </w:r>
          </w:p>
        </w:tc>
        <w:tc>
          <w:tcPr>
            <w:tcW w:type="dxa" w:w="1800"/>
          </w:tcPr>
          <w:p>
            <w:pPr>
              <w:spacing w:after="40" w:before="40"/>
            </w:pPr>
            <w:r>
              <w:rPr>
                <w:rFonts w:ascii="Calibri" w:hAnsi="Calibri"/>
                <w:sz w:val="17"/>
              </w:rPr>
              <w:t>$22,300</w:t>
            </w:r>
          </w:p>
        </w:tc>
        <w:tc>
          <w:tcPr>
            <w:tcW w:type="dxa" w:w="1800"/>
          </w:tcPr>
          <w:p>
            <w:pPr>
              <w:spacing w:after="40" w:before="40"/>
            </w:pPr>
            <w:r>
              <w:rPr>
                <w:rFonts w:ascii="Calibri" w:hAnsi="Calibri"/>
                <w:b/>
                <w:sz w:val="17"/>
              </w:rPr>
              <w:t>$38,500</w:t>
            </w:r>
          </w:p>
        </w:tc>
      </w:tr>
      <w:tr>
        <w:tc>
          <w:tcPr>
            <w:tcW w:type="dxa" w:w="3600"/>
            <w:shd w:val="clear" w:color="auto" w:fill="F2F2F2"/>
          </w:tcPr>
          <w:p>
            <w:pPr>
              <w:spacing w:after="40" w:before="40"/>
            </w:pPr>
            <w:r>
              <w:rPr>
                <w:rFonts w:ascii="Calibri" w:hAnsi="Calibri"/>
                <w:sz w:val="17"/>
              </w:rPr>
              <w:t>Acupuncture (M.S.)</w:t>
            </w:r>
          </w:p>
        </w:tc>
        <w:tc>
          <w:tcPr>
            <w:tcW w:type="dxa" w:w="1800"/>
            <w:shd w:val="clear" w:color="auto" w:fill="F2F2F2"/>
          </w:tcPr>
          <w:p>
            <w:pPr>
              <w:spacing w:after="40" w:before="40"/>
            </w:pPr>
            <w:r>
              <w:rPr>
                <w:rFonts w:ascii="Calibri" w:hAnsi="Calibri"/>
                <w:sz w:val="17"/>
              </w:rPr>
              <w:t>$6,300</w:t>
            </w:r>
          </w:p>
        </w:tc>
        <w:tc>
          <w:tcPr>
            <w:tcW w:type="dxa" w:w="1800"/>
            <w:shd w:val="clear" w:color="auto" w:fill="F2F2F2"/>
          </w:tcPr>
          <w:p>
            <w:pPr>
              <w:spacing w:after="40" w:before="40"/>
            </w:pPr>
            <w:r>
              <w:rPr>
                <w:rFonts w:ascii="Calibri" w:hAnsi="Calibri"/>
                <w:sz w:val="17"/>
              </w:rPr>
              <w:t>$24,378</w:t>
            </w:r>
          </w:p>
        </w:tc>
        <w:tc>
          <w:tcPr>
            <w:tcW w:type="dxa" w:w="1800"/>
            <w:shd w:val="clear" w:color="auto" w:fill="F2F2F2"/>
          </w:tcPr>
          <w:p>
            <w:pPr>
              <w:spacing w:after="40" w:before="40"/>
            </w:pPr>
            <w:r>
              <w:rPr>
                <w:rFonts w:ascii="Calibri" w:hAnsi="Calibri"/>
                <w:sz w:val="17"/>
              </w:rPr>
              <w:t>$22,300</w:t>
            </w:r>
          </w:p>
        </w:tc>
        <w:tc>
          <w:tcPr>
            <w:tcW w:type="dxa" w:w="1800"/>
            <w:shd w:val="clear" w:color="auto" w:fill="F2F2F2"/>
          </w:tcPr>
          <w:p>
            <w:pPr>
              <w:spacing w:after="40" w:before="40"/>
            </w:pPr>
            <w:r>
              <w:rPr>
                <w:rFonts w:ascii="Calibri" w:hAnsi="Calibri"/>
                <w:b/>
                <w:sz w:val="17"/>
              </w:rPr>
              <w:t>$46,678</w:t>
            </w:r>
          </w:p>
        </w:tc>
      </w:tr>
      <w:tr>
        <w:tc>
          <w:tcPr>
            <w:tcW w:type="dxa" w:w="3600"/>
          </w:tcPr>
          <w:p>
            <w:pPr>
              <w:spacing w:after="40" w:before="40"/>
            </w:pPr>
            <w:r>
              <w:rPr>
                <w:rFonts w:ascii="Calibri" w:hAnsi="Calibri"/>
                <w:sz w:val="17"/>
              </w:rPr>
              <w:t>Acupuncture with Chinese Herbal Medicine (M.S.)</w:t>
            </w:r>
          </w:p>
        </w:tc>
        <w:tc>
          <w:tcPr>
            <w:tcW w:type="dxa" w:w="1800"/>
          </w:tcPr>
          <w:p>
            <w:pPr>
              <w:spacing w:after="40" w:before="40"/>
            </w:pPr>
            <w:r>
              <w:rPr>
                <w:rFonts w:ascii="Calibri" w:hAnsi="Calibri"/>
                <w:sz w:val="17"/>
              </w:rPr>
              <w:t>$6,300</w:t>
            </w:r>
          </w:p>
        </w:tc>
        <w:tc>
          <w:tcPr>
            <w:tcW w:type="dxa" w:w="1800"/>
          </w:tcPr>
          <w:p>
            <w:pPr>
              <w:spacing w:after="40" w:before="40"/>
            </w:pPr>
            <w:r>
              <w:rPr>
                <w:rFonts w:ascii="Calibri" w:hAnsi="Calibri"/>
                <w:sz w:val="17"/>
              </w:rPr>
              <w:t>$23,306</w:t>
            </w:r>
          </w:p>
        </w:tc>
        <w:tc>
          <w:tcPr>
            <w:tcW w:type="dxa" w:w="1800"/>
          </w:tcPr>
          <w:p>
            <w:pPr>
              <w:spacing w:after="40" w:before="40"/>
            </w:pPr>
            <w:r>
              <w:rPr>
                <w:rFonts w:ascii="Calibri" w:hAnsi="Calibri"/>
                <w:sz w:val="17"/>
              </w:rPr>
              <w:t>$22,300</w:t>
            </w:r>
          </w:p>
        </w:tc>
        <w:tc>
          <w:tcPr>
            <w:tcW w:type="dxa" w:w="1800"/>
          </w:tcPr>
          <w:p>
            <w:pPr>
              <w:spacing w:after="40" w:before="40"/>
            </w:pPr>
            <w:r>
              <w:rPr>
                <w:rFonts w:ascii="Calibri" w:hAnsi="Calibri"/>
                <w:b/>
                <w:sz w:val="17"/>
              </w:rPr>
              <w:t>$45,606</w:t>
            </w:r>
          </w:p>
        </w:tc>
      </w:tr>
    </w:tbl>
    <w:p>
      <w:pPr>
        <w:spacing w:after="40"/>
      </w:pPr>
    </w:p>
    <w:p>
      <w:pPr>
        <w:spacing w:after="80"/>
      </w:pPr>
      <w:r>
        <w:rPr>
          <w:rFonts w:ascii="Calibri" w:hAnsi="Calibri"/>
          <w:b w:val="0"/>
          <w:sz w:val="17"/>
        </w:rPr>
        <w:t>* Totals are before mandatory fees. Mandatory fees are additional — request the current fee schedule from OIS. Totals also do not include books and supplies, health coverage, transportation, or personal expenses; most students should plan additional funds. Estimates are conservative for Long Island, New York, and costs typically increase 3–5% each year.</w:t>
      </w:r>
    </w:p>
    <w:p>
      <w:pPr>
        <w:spacing w:after="160"/>
      </w:pPr>
      <w:r>
        <w:rPr>
          <w:rFonts w:ascii="Calibri" w:hAnsi="Calibri"/>
          <w:b/>
          <w:sz w:val="19"/>
        </w:rPr>
        <w:t>Dependents — add $5,500 per academic year for each F-2 dependent (spouse or child) accompanying the student.</w:t>
      </w:r>
    </w:p>
    <w:tbl>
      <w:tblPr>
        <w:tblW w:type="auto" w:w="0"/>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shd w:val="clear" w:color="auto" w:fill="1F3A5F"/>
          </w:tcPr>
          <w:p>
            <w:pPr>
              <w:spacing w:before="40" w:after="40"/>
            </w:pPr>
            <w:r>
              <w:rPr>
                <w:rFonts w:ascii="Calibri" w:hAnsi="Calibri"/>
                <w:b/>
                <w:color w:val="FFFFFF"/>
                <w:sz w:val="20"/>
              </w:rPr>
              <w:t>SECTION 3 — TO BE COMPLETED BY THE DESIGNATED SCHOOL OFFICIAL (CURRENT / MOST RECENT SCHOOL)</w:t>
            </w:r>
          </w:p>
        </w:tc>
      </w:tr>
    </w:tbl>
    <w:p>
      <w:pPr>
        <w:spacing w:after="40"/>
      </w:pPr>
    </w:p>
    <w:p>
      <w:pPr>
        <w:spacing w:after="120"/>
      </w:pPr>
      <w:r>
        <w:rPr>
          <w:rFonts w:ascii="Calibri" w:hAnsi="Calibri"/>
          <w:b w:val="0"/>
          <w:sz w:val="19"/>
        </w:rPr>
        <w:t>The above-named student intends to transfer to New York College of Health Professions for the trimester stated in Section 1. Please answer all questions based on the term immediately preceding the transfer, or the last term preceding a vacation or authorized practical training.</w:t>
      </w:r>
    </w:p>
    <w:p>
      <w:pPr>
        <w:spacing w:after="160"/>
      </w:pPr>
      <w:r>
        <w:rPr>
          <w:rFonts w:ascii="Calibri" w:hAnsi="Calibri"/>
          <w:b w:val="0"/>
          <w:sz w:val="19"/>
        </w:rPr>
        <w:t>Return the completed form and a copy of the student's most recent Form I-20 by email to OIS@nycollege.edu, by fax to 516-364-0989, or by mail to: New York College of Health Professions, Attn: Office of International Students (OIS), 6851 Jericho Turnpike, Suite 210, Syosset, NY 11791.</w:t>
      </w:r>
    </w:p>
    <w:p>
      <w:pPr>
        <w:spacing w:after="120"/>
      </w:pPr>
      <w:bookmarkStart w:id="26" w:name="Check26"/>
      <w:r>
        <w:fldChar w:fldCharType="begin">
          <w:ffData>
            <w:name w:val="Check26"/>
            <w:enabled/>
            <w:calcOnExit w:val="0"/>
            <w:checkBox>
              <w:size w:val="20"/>
              <w:default w:val="0"/>
            </w:checkBox>
          </w:ffData>
        </w:fldChar>
      </w:r>
      <w:r>
        <w:instrText xml:space="preserve"> FORMCHECKBOX </w:instrText>
      </w:r>
      <w:r>
        <w:fldChar w:fldCharType="separate"/>
      </w:r>
      <w:r>
        <w:fldChar w:fldCharType="end"/>
      </w:r>
      <w:bookmarkEnd w:id="26"/>
      <w:r>
        <w:rPr>
          <w:rFonts w:ascii="Calibri" w:hAnsi="Calibri"/>
          <w:sz w:val="19"/>
        </w:rPr>
        <w:t xml:space="preserve"> The student was issued a SEVIS Form I-20. We will change their SEVIS record to reflect "transfer-out" to New York College of Health Professions, SEVIS school code NYC214F01610000.</w:t>
      </w:r>
    </w:p>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5400"/>
          </w:tcPr>
          <w:p>
            <w:pPr>
              <w:spacing w:after="0" w:before="0"/>
              <w:pBdr>
                <w:bottom w:val="single" w:color="000000" w:sz="4"/>
              </w:pBdr>
            </w:pPr>
            <w:bookmarkStart w:id="13" w:name="Text13"/>
            <w:r>
              <w:fldChar w:fldCharType="begin">
                <w:ffData>
                  <w:name w:val="Text13"/>
                  <w:enabled/>
                  <w:calcOnExit w:val="0"/>
                  <w:textInput/>
                </w:ffData>
              </w:fldChar>
            </w:r>
            <w:r>
              <w:instrText xml:space="preserve"> FORMTEXT </w:instrText>
            </w:r>
            <w:r>
              <w:fldChar w:fldCharType="separate"/>
            </w:r>
            <w:r>
              <w:rPr>
                <w:sz w:val="19"/>
              </w:rPr>
              <w:t xml:space="preserve"/>
            </w:r>
            <w:r>
              <w:fldChar w:fldCharType="end"/>
            </w:r>
            <w:bookmarkEnd w:id="13"/>
          </w:p>
          <w:p>
            <w:pPr>
              <w:spacing w:before="20" w:after="80"/>
            </w:pPr>
            <w:r>
              <w:rPr>
                <w:rFonts w:ascii="Calibri" w:hAnsi="Calibri"/>
                <w:b/>
                <w:i w:val="0"/>
                <w:color w:val="555555"/>
                <w:sz w:val="13"/>
              </w:rPr>
              <w:t>Requested release date (mm/dd/yyyy)</w:t>
            </w:r>
          </w:p>
        </w:tc>
        <w:tc>
          <w:tcPr>
            <w:tcW w:type="dxa" w:w="5400"/>
          </w:tcPr>
          <w:p>
            <w:pPr>
              <w:spacing w:after="0" w:before="0"/>
              <w:pBdr>
                <w:bottom w:val="single" w:color="000000" w:sz="4"/>
              </w:pBdr>
            </w:pPr>
            <w:bookmarkStart w:id="14" w:name="Text14"/>
            <w:r>
              <w:fldChar w:fldCharType="begin">
                <w:ffData>
                  <w:name w:val="Text14"/>
                  <w:enabled/>
                  <w:calcOnExit w:val="0"/>
                  <w:textInput/>
                </w:ffData>
              </w:fldChar>
            </w:r>
            <w:r>
              <w:instrText xml:space="preserve"> FORMTEXT </w:instrText>
            </w:r>
            <w:r>
              <w:fldChar w:fldCharType="separate"/>
            </w:r>
            <w:r>
              <w:rPr>
                <w:sz w:val="19"/>
              </w:rPr>
              <w:t xml:space="preserve"/>
            </w:r>
            <w:r>
              <w:fldChar w:fldCharType="end"/>
            </w:r>
            <w:bookmarkEnd w:id="14"/>
          </w:p>
          <w:p>
            <w:pPr>
              <w:spacing w:before="20" w:after="80"/>
            </w:pPr>
            <w:r>
              <w:rPr>
                <w:rFonts w:ascii="Calibri" w:hAnsi="Calibri"/>
                <w:b/>
                <w:i w:val="0"/>
                <w:color w:val="555555"/>
                <w:sz w:val="13"/>
              </w:rPr>
              <w:t>SEVIS ID (N-number)</w:t>
            </w:r>
          </w:p>
        </w:tc>
      </w:tr>
    </w:tbl>
    <w:p>
      <w:pPr>
        <w:spacing w:after="120"/>
      </w:pPr>
      <w:r>
        <w:rPr>
          <w:rFonts w:ascii="Calibri" w:hAnsi="Calibri"/>
          <w:sz w:val="19"/>
        </w:rPr>
        <w:t xml:space="preserve">Was the student considered to be pursuing a full course of study?   </w:t>
      </w:r>
      <w:bookmarkStart w:id="27" w:name="Check27"/>
      <w:r>
        <w:fldChar w:fldCharType="begin">
          <w:ffData>
            <w:name w:val="Check27"/>
            <w:enabled/>
            <w:calcOnExit w:val="0"/>
            <w:checkBox>
              <w:size w:val="20"/>
              <w:default w:val="0"/>
            </w:checkBox>
          </w:ffData>
        </w:fldChar>
      </w:r>
      <w:r>
        <w:instrText xml:space="preserve"> FORMCHECKBOX </w:instrText>
      </w:r>
      <w:r>
        <w:fldChar w:fldCharType="separate"/>
      </w:r>
      <w:r>
        <w:fldChar w:fldCharType="end"/>
      </w:r>
      <w:bookmarkEnd w:id="27"/>
      <w:r>
        <w:rPr>
          <w:rFonts w:ascii="Calibri" w:hAnsi="Calibri"/>
          <w:sz w:val="19"/>
        </w:rPr>
        <w:t xml:space="preserve"> Yes   ☐ No</w:t>
      </w:r>
    </w:p>
    <w:p>
      <w:pPr>
        <w:spacing w:after="120"/>
      </w:pPr>
      <w:r>
        <w:rPr>
          <w:rFonts w:ascii="Calibri" w:hAnsi="Calibri"/>
          <w:sz w:val="19"/>
        </w:rPr>
        <w:t xml:space="preserve">Is the student currently authorized to attend your institution by USCIS?   </w:t>
      </w:r>
      <w:bookmarkStart w:id="28" w:name="Check28"/>
      <w:r>
        <w:fldChar w:fldCharType="begin">
          <w:ffData>
            <w:name w:val="Check28"/>
            <w:enabled/>
            <w:calcOnExit w:val="0"/>
            <w:checkBox>
              <w:size w:val="20"/>
              <w:default w:val="0"/>
            </w:checkBox>
          </w:ffData>
        </w:fldChar>
      </w:r>
      <w:r>
        <w:instrText xml:space="preserve"> FORMCHECKBOX </w:instrText>
      </w:r>
      <w:r>
        <w:fldChar w:fldCharType="separate"/>
      </w:r>
      <w:r>
        <w:fldChar w:fldCharType="end"/>
      </w:r>
      <w:bookmarkEnd w:id="28"/>
      <w:r>
        <w:rPr>
          <w:rFonts w:ascii="Calibri" w:hAnsi="Calibri"/>
          <w:sz w:val="19"/>
        </w:rPr>
        <w:t xml:space="preserve"> Yes   ☐ No</w:t>
      </w:r>
    </w:p>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5400"/>
          </w:tcPr>
          <w:p>
            <w:pPr>
              <w:spacing w:after="0" w:before="0"/>
              <w:pBdr>
                <w:bottom w:val="single" w:color="000000" w:sz="4"/>
              </w:pBdr>
            </w:pPr>
            <w:bookmarkStart w:id="15" w:name="Text15"/>
            <w:r>
              <w:fldChar w:fldCharType="begin">
                <w:ffData>
                  <w:name w:val="Text15"/>
                  <w:enabled/>
                  <w:calcOnExit w:val="0"/>
                  <w:textInput/>
                </w:ffData>
              </w:fldChar>
            </w:r>
            <w:r>
              <w:instrText xml:space="preserve"> FORMTEXT </w:instrText>
            </w:r>
            <w:r>
              <w:fldChar w:fldCharType="separate"/>
            </w:r>
            <w:r>
              <w:rPr>
                <w:sz w:val="19"/>
              </w:rPr>
              <w:t xml:space="preserve"/>
            </w:r>
            <w:r>
              <w:fldChar w:fldCharType="end"/>
            </w:r>
            <w:bookmarkEnd w:id="15"/>
          </w:p>
          <w:p>
            <w:pPr>
              <w:spacing w:before="20" w:after="80"/>
            </w:pPr>
            <w:r>
              <w:rPr>
                <w:rFonts w:ascii="Calibri" w:hAnsi="Calibri"/>
                <w:b/>
                <w:i w:val="0"/>
                <w:color w:val="555555"/>
                <w:sz w:val="13"/>
              </w:rPr>
              <w:t>Student's I-20 program completion date</w:t>
            </w:r>
          </w:p>
        </w:tc>
        <w:tc>
          <w:tcPr>
            <w:tcW w:type="dxa" w:w="5400"/>
          </w:tcPr>
          <w:p>
            <w:pPr>
              <w:spacing w:after="0" w:before="0"/>
              <w:pBdr>
                <w:bottom w:val="single" w:color="000000" w:sz="4"/>
              </w:pBdr>
            </w:pPr>
            <w:bookmarkStart w:id="16" w:name="Text16"/>
            <w:r>
              <w:fldChar w:fldCharType="begin">
                <w:ffData>
                  <w:name w:val="Text16"/>
                  <w:enabled/>
                  <w:calcOnExit w:val="0"/>
                  <w:textInput/>
                </w:ffData>
              </w:fldChar>
            </w:r>
            <w:r>
              <w:instrText xml:space="preserve"> FORMTEXT </w:instrText>
            </w:r>
            <w:r>
              <w:fldChar w:fldCharType="separate"/>
            </w:r>
            <w:r>
              <w:rPr>
                <w:sz w:val="19"/>
              </w:rPr>
              <w:t xml:space="preserve"/>
            </w:r>
            <w:r>
              <w:fldChar w:fldCharType="end"/>
            </w:r>
            <w:bookmarkEnd w:id="16"/>
          </w:p>
          <w:p>
            <w:pPr>
              <w:spacing w:before="20" w:after="80"/>
            </w:pPr>
            <w:r>
              <w:rPr>
                <w:rFonts w:ascii="Calibri" w:hAnsi="Calibri"/>
                <w:b/>
                <w:i w:val="0"/>
                <w:color w:val="555555"/>
                <w:sz w:val="13"/>
              </w:rPr>
              <w:t>Student's last date of attendance</w:t>
            </w:r>
          </w:p>
        </w:tc>
      </w:tr>
    </w:tbl>
    <w:p>
      <w:pPr>
        <w:spacing w:after="120"/>
      </w:pPr>
      <w:r>
        <w:rPr>
          <w:rFonts w:ascii="Calibri" w:hAnsi="Calibri"/>
          <w:sz w:val="19"/>
        </w:rPr>
        <w:t xml:space="preserve">Did the student transfer into your institution?   </w:t>
      </w:r>
      <w:bookmarkStart w:id="29" w:name="Check29"/>
      <w:r>
        <w:fldChar w:fldCharType="begin">
          <w:ffData>
            <w:name w:val="Check29"/>
            <w:enabled/>
            <w:calcOnExit w:val="0"/>
            <w:checkBox>
              <w:size w:val="20"/>
              <w:default w:val="0"/>
            </w:checkBox>
          </w:ffData>
        </w:fldChar>
      </w:r>
      <w:r>
        <w:instrText xml:space="preserve"> FORMCHECKBOX </w:instrText>
      </w:r>
      <w:r>
        <w:fldChar w:fldCharType="separate"/>
      </w:r>
      <w:r>
        <w:fldChar w:fldCharType="end"/>
      </w:r>
      <w:bookmarkEnd w:id="29"/>
      <w:r>
        <w:rPr>
          <w:rFonts w:ascii="Calibri" w:hAnsi="Calibri"/>
          <w:sz w:val="19"/>
        </w:rPr>
        <w:t xml:space="preserve"> Yes   ☐ No   (If yes, from what institution? ______________________________)</w:t>
      </w:r>
    </w:p>
    <w:p>
      <w:pPr>
        <w:spacing w:after="120"/>
      </w:pPr>
      <w:r>
        <w:rPr>
          <w:rFonts w:ascii="Calibri" w:hAnsi="Calibri"/>
          <w:sz w:val="19"/>
        </w:rPr>
        <w:t xml:space="preserve">Has the student met all financial obligations to your institution?   </w:t>
      </w:r>
      <w:bookmarkStart w:id="30" w:name="Check30"/>
      <w:r>
        <w:fldChar w:fldCharType="begin">
          <w:ffData>
            <w:name w:val="Check30"/>
            <w:enabled/>
            <w:calcOnExit w:val="0"/>
            <w:checkBox>
              <w:size w:val="20"/>
              <w:default w:val="0"/>
            </w:checkBox>
          </w:ffData>
        </w:fldChar>
      </w:r>
      <w:r>
        <w:instrText xml:space="preserve"> FORMCHECKBOX </w:instrText>
      </w:r>
      <w:r>
        <w:fldChar w:fldCharType="separate"/>
      </w:r>
      <w:r>
        <w:fldChar w:fldCharType="end"/>
      </w:r>
      <w:bookmarkEnd w:id="30"/>
      <w:r>
        <w:rPr>
          <w:rFonts w:ascii="Calibri" w:hAnsi="Calibri"/>
          <w:sz w:val="19"/>
        </w:rPr>
        <w:t xml:space="preserve"> Yes   ☐ No</w:t>
      </w:r>
    </w:p>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10800"/>
      </w:tblGrid>
      <w:tr>
        <w:tc>
          <w:tcPr>
            <w:tcW w:type="dxa" w:w="10800"/>
          </w:tcPr>
          <w:p>
            <w:pPr>
              <w:spacing w:after="0" w:before="0"/>
              <w:pBdr>
                <w:bottom w:val="single" w:color="000000" w:sz="4"/>
              </w:pBdr>
            </w:pPr>
            <w:bookmarkStart w:id="17" w:name="Text17"/>
            <w:r>
              <w:fldChar w:fldCharType="begin">
                <w:ffData>
                  <w:name w:val="Text17"/>
                  <w:enabled/>
                  <w:calcOnExit w:val="0"/>
                  <w:textInput/>
                </w:ffData>
              </w:fldChar>
            </w:r>
            <w:r>
              <w:instrText xml:space="preserve"> FORMTEXT </w:instrText>
            </w:r>
            <w:r>
              <w:fldChar w:fldCharType="separate"/>
            </w:r>
            <w:r>
              <w:rPr>
                <w:sz w:val="19"/>
              </w:rPr>
              <w:t xml:space="preserve"/>
            </w:r>
            <w:r>
              <w:fldChar w:fldCharType="end"/>
            </w:r>
            <w:bookmarkEnd w:id="17"/>
          </w:p>
          <w:p>
            <w:pPr>
              <w:spacing w:before="20" w:after="80"/>
            </w:pPr>
            <w:r>
              <w:rPr>
                <w:rFonts w:ascii="Calibri" w:hAnsi="Calibri"/>
                <w:b/>
                <w:i w:val="0"/>
                <w:color w:val="555555"/>
                <w:sz w:val="13"/>
              </w:rPr>
              <w:t>Periods of authorized practical training (if any)</w:t>
            </w:r>
          </w:p>
        </w:tc>
      </w:tr>
    </w:tbl>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5400"/>
          </w:tcPr>
          <w:p>
            <w:pPr>
              <w:spacing w:after="0" w:before="0"/>
              <w:pBdr>
                <w:bottom w:val="single" w:color="000000" w:sz="4"/>
              </w:pBdr>
            </w:pPr>
            <w:bookmarkStart w:id="18" w:name="Text18"/>
            <w:r>
              <w:fldChar w:fldCharType="begin">
                <w:ffData>
                  <w:name w:val="Text18"/>
                  <w:enabled/>
                  <w:calcOnExit w:val="0"/>
                  <w:textInput/>
                </w:ffData>
              </w:fldChar>
            </w:r>
            <w:r>
              <w:instrText xml:space="preserve"> FORMTEXT </w:instrText>
            </w:r>
            <w:r>
              <w:fldChar w:fldCharType="separate"/>
            </w:r>
            <w:r>
              <w:rPr>
                <w:sz w:val="19"/>
              </w:rPr>
              <w:t xml:space="preserve"/>
            </w:r>
            <w:r>
              <w:fldChar w:fldCharType="end"/>
            </w:r>
            <w:bookmarkEnd w:id="18"/>
          </w:p>
          <w:p>
            <w:pPr>
              <w:spacing w:before="20" w:after="80"/>
            </w:pPr>
            <w:r>
              <w:rPr>
                <w:rFonts w:ascii="Calibri" w:hAnsi="Calibri"/>
                <w:b/>
                <w:i w:val="0"/>
                <w:color w:val="555555"/>
                <w:sz w:val="13"/>
              </w:rPr>
              <w:t>Completed by — DSO name and title</w:t>
            </w:r>
          </w:p>
        </w:tc>
        <w:tc>
          <w:tcPr>
            <w:tcW w:type="dxa" w:w="5400"/>
          </w:tcPr>
          <w:p>
            <w:pPr>
              <w:spacing w:after="0" w:before="0"/>
              <w:pBdr>
                <w:bottom w:val="single" w:color="000000" w:sz="4"/>
              </w:pBdr>
            </w:pPr>
            <w:bookmarkStart w:id="19" w:name="Text19"/>
            <w:r>
              <w:fldChar w:fldCharType="begin">
                <w:ffData>
                  <w:name w:val="Text19"/>
                  <w:enabled/>
                  <w:calcOnExit w:val="0"/>
                  <w:textInput/>
                </w:ffData>
              </w:fldChar>
            </w:r>
            <w:r>
              <w:instrText xml:space="preserve"> FORMTEXT </w:instrText>
            </w:r>
            <w:r>
              <w:fldChar w:fldCharType="separate"/>
            </w:r>
            <w:r>
              <w:rPr>
                <w:sz w:val="19"/>
              </w:rPr>
              <w:t xml:space="preserve"/>
            </w:r>
            <w:r>
              <w:fldChar w:fldCharType="end"/>
            </w:r>
            <w:bookmarkEnd w:id="19"/>
          </w:p>
          <w:p>
            <w:pPr>
              <w:spacing w:before="20" w:after="80"/>
            </w:pPr>
            <w:r>
              <w:rPr>
                <w:rFonts w:ascii="Calibri" w:hAnsi="Calibri"/>
                <w:b/>
                <w:i w:val="0"/>
                <w:color w:val="555555"/>
                <w:sz w:val="13"/>
              </w:rPr>
              <w:t>Institution</w:t>
            </w:r>
          </w:p>
        </w:tc>
      </w:tr>
    </w:tbl>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5400"/>
          </w:tcPr>
          <w:p>
            <w:pPr>
              <w:spacing w:after="0" w:before="0"/>
              <w:pBdr>
                <w:bottom w:val="single" w:color="000000" w:sz="4"/>
              </w:pBdr>
            </w:pPr>
            <w:bookmarkStart w:id="20" w:name="Text20"/>
            <w:r>
              <w:fldChar w:fldCharType="begin">
                <w:ffData>
                  <w:name w:val="Text20"/>
                  <w:enabled/>
                  <w:calcOnExit w:val="0"/>
                  <w:textInput/>
                </w:ffData>
              </w:fldChar>
            </w:r>
            <w:r>
              <w:instrText xml:space="preserve"> FORMTEXT </w:instrText>
            </w:r>
            <w:r>
              <w:fldChar w:fldCharType="separate"/>
            </w:r>
            <w:r>
              <w:rPr>
                <w:sz w:val="19"/>
              </w:rPr>
              <w:t xml:space="preserve"/>
            </w:r>
            <w:r>
              <w:fldChar w:fldCharType="end"/>
            </w:r>
            <w:bookmarkEnd w:id="20"/>
          </w:p>
          <w:p>
            <w:pPr>
              <w:spacing w:before="20" w:after="80"/>
            </w:pPr>
            <w:r>
              <w:rPr>
                <w:rFonts w:ascii="Calibri" w:hAnsi="Calibri"/>
                <w:b/>
                <w:i w:val="0"/>
                <w:color w:val="555555"/>
                <w:sz w:val="13"/>
              </w:rPr>
              <w:t>DSO signature</w:t>
            </w:r>
          </w:p>
        </w:tc>
        <w:tc>
          <w:tcPr>
            <w:tcW w:type="dxa" w:w="5400"/>
          </w:tcPr>
          <w:p>
            <w:pPr>
              <w:spacing w:after="0" w:before="0"/>
              <w:pBdr>
                <w:bottom w:val="single" w:color="000000" w:sz="4"/>
              </w:pBdr>
            </w:pPr>
            <w:bookmarkStart w:id="21" w:name="Text21"/>
            <w:r>
              <w:fldChar w:fldCharType="begin">
                <w:ffData>
                  <w:name w:val="Text21"/>
                  <w:enabled/>
                  <w:calcOnExit w:val="0"/>
                  <w:textInput/>
                </w:ffData>
              </w:fldChar>
            </w:r>
            <w:r>
              <w:instrText xml:space="preserve"> FORMTEXT </w:instrText>
            </w:r>
            <w:r>
              <w:fldChar w:fldCharType="separate"/>
            </w:r>
            <w:r>
              <w:rPr>
                <w:sz w:val="19"/>
              </w:rPr>
              <w:t xml:space="preserve"/>
            </w:r>
            <w:r>
              <w:fldChar w:fldCharType="end"/>
            </w:r>
            <w:bookmarkEnd w:id="21"/>
          </w:p>
          <w:p>
            <w:pPr>
              <w:spacing w:before="20" w:after="80"/>
            </w:pPr>
            <w:r>
              <w:rPr>
                <w:rFonts w:ascii="Calibri" w:hAnsi="Calibri"/>
                <w:b/>
                <w:i w:val="0"/>
                <w:color w:val="555555"/>
                <w:sz w:val="13"/>
              </w:rPr>
              <w:t>Date</w:t>
            </w:r>
          </w:p>
        </w:tc>
      </w:tr>
    </w:tbl>
    <w:tbl>
      <w:tblPr>
        <w:tblW w:type="auto" w:w="0"/>
        <w:tblLayout w:type="fixed"/>
        <w:tblLook w:firstColumn="1" w:firstRow="1" w:lastColumn="0" w:lastRow="0" w:noHBand="0" w:noVBand="1" w:val="04A0"/>
        <w:tblBorders>
          <w:top w:val="none" w:color="FFFFFF" w:sz="0"/>
          <w:left w:val="none" w:color="FFFFFF" w:sz="0"/>
          <w:bottom w:val="none" w:color="FFFFFF" w:sz="0"/>
          <w:right w:val="none" w:color="FFFFFF" w:sz="0"/>
          <w:insideH w:val="none" w:color="FFFFFF" w:sz="0"/>
          <w:insideV w:val="none" w:color="FFFFFF" w:sz="0"/>
        </w:tblBorders>
      </w:tblPr>
      <w:tblGrid>
        <w:gridCol w:w="5400"/>
        <w:gridCol w:w="5400"/>
      </w:tblGrid>
      <w:tr>
        <w:tc>
          <w:tcPr>
            <w:tcW w:type="dxa" w:w="5400"/>
          </w:tcPr>
          <w:p>
            <w:pPr>
              <w:spacing w:after="0" w:before="0"/>
              <w:pBdr>
                <w:bottom w:val="single" w:color="000000" w:sz="4"/>
              </w:pBdr>
            </w:pPr>
            <w:bookmarkStart w:id="22" w:name="Text22"/>
            <w:r>
              <w:fldChar w:fldCharType="begin">
                <w:ffData>
                  <w:name w:val="Text22"/>
                  <w:enabled/>
                  <w:calcOnExit w:val="0"/>
                  <w:textInput/>
                </w:ffData>
              </w:fldChar>
            </w:r>
            <w:r>
              <w:instrText xml:space="preserve"> FORMTEXT </w:instrText>
            </w:r>
            <w:r>
              <w:fldChar w:fldCharType="separate"/>
            </w:r>
            <w:r>
              <w:rPr>
                <w:sz w:val="19"/>
              </w:rPr>
              <w:t xml:space="preserve"/>
            </w:r>
            <w:r>
              <w:fldChar w:fldCharType="end"/>
            </w:r>
            <w:bookmarkEnd w:id="22"/>
          </w:p>
          <w:p>
            <w:pPr>
              <w:spacing w:before="20" w:after="80"/>
            </w:pPr>
            <w:r>
              <w:rPr>
                <w:rFonts w:ascii="Calibri" w:hAnsi="Calibri"/>
                <w:b/>
                <w:i w:val="0"/>
                <w:color w:val="555555"/>
                <w:sz w:val="13"/>
              </w:rPr>
              <w:t>Phone</w:t>
            </w:r>
          </w:p>
        </w:tc>
        <w:tc>
          <w:tcPr>
            <w:tcW w:type="dxa" w:w="5400"/>
          </w:tcPr>
          <w:p>
            <w:pPr>
              <w:spacing w:after="0" w:before="0"/>
              <w:pBdr>
                <w:bottom w:val="single" w:color="000000" w:sz="4"/>
              </w:pBdr>
            </w:pPr>
            <w:bookmarkStart w:id="23" w:name="Text23"/>
            <w:r>
              <w:fldChar w:fldCharType="begin">
                <w:ffData>
                  <w:name w:val="Text23"/>
                  <w:enabled/>
                  <w:calcOnExit w:val="0"/>
                  <w:textInput/>
                </w:ffData>
              </w:fldChar>
            </w:r>
            <w:r>
              <w:instrText xml:space="preserve"> FORMTEXT </w:instrText>
            </w:r>
            <w:r>
              <w:fldChar w:fldCharType="separate"/>
            </w:r>
            <w:r>
              <w:rPr>
                <w:sz w:val="19"/>
              </w:rPr>
              <w:t xml:space="preserve"/>
            </w:r>
            <w:r>
              <w:fldChar w:fldCharType="end"/>
            </w:r>
            <w:bookmarkEnd w:id="23"/>
          </w:p>
          <w:p>
            <w:pPr>
              <w:spacing w:before="20" w:after="80"/>
            </w:pPr>
            <w:r>
              <w:rPr>
                <w:rFonts w:ascii="Calibri" w:hAnsi="Calibri"/>
                <w:b/>
                <w:i w:val="0"/>
                <w:color w:val="555555"/>
                <w:sz w:val="13"/>
              </w:rPr>
              <w:t>Email</w:t>
            </w:r>
          </w:p>
        </w:tc>
      </w:tr>
    </w:tbl>
    <w:sectPr w:rsidR="00FC693F" w:rsidRPr="0006063C" w:rsidSect="00034616">
      <w:footerReference w:type="default" r:id="rId10"/>
      <w:pgSz w:w="12240" w:h="15840"/>
      <w:pgMar w:top="620" w:right="720" w:bottom="70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olor w:val="777777"/>
        <w:sz w:val="14"/>
      </w:rPr>
      <w:t xml:space="preserve">NYCHP · Office of International Students — Form OIS-T 2026.1 (Rev. 08/2026) · Supersedes the prior undated edition · Page </w:t>
    </w:r>
    <w:fldSimple w:instr="PAGE"/>
    <w:r>
      <w:rPr>
        <w:rFonts w:ascii="Calibri" w:hAnsi="Calibri"/>
        <w:color w:val="777777"/>
        <w:sz w:val="14"/>
      </w:rPr>
      <w:t xml:space="preserve"> of </w:t>
    </w:r>
    <w:fldSimple w:instr="NUMPAGES"/>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settings xmlns="http://schemas.openxmlformats.org/wordprocessingml/2006/main" xmlns:ns1="http://schemas.openxmlformats.org/markup-compatibility/2006" xmlns:ns2="http://schemas.openxmlformats.org/officeDocument/2006/math" xmlns:ns3="urn:schemas-microsoft-com:office:office" xmlns:ns4="urn:schemas-microsoft-com:vml" xmlns:ns5="http://schemas.microsoft.com/office/word/2010/wordml" ns1:Ignorable="w14">
  <documentProtection edit="forms" enforcement="1"/>
  <zoom val="bestFit"/>
  <proofState spelling="clean" grammar="clean"/>
  <defaultTabStop val="720"/>
  <characterSpacingControl val="doNotCompress"/>
  <savePreviewPicture/>
  <compat>
    <useFELayout/>
    <compatSetting name="compatibilityMode" uri="http://schemas.microsoft.com/office/word" val="14"/>
    <compatSetting name="overrideTableStyleFontSizeAndJustification" uri="http://schemas.microsoft.com/office/word" val="1"/>
    <compatSetting name="enableOpenTypeFeatures" uri="http://schemas.microsoft.com/office/word" val="1"/>
    <compatSetting name="doNotFlipMirrorIndents" uri="http://schemas.microsoft.com/office/word" val="1"/>
  </compat>
  <rsids>
    <rsidRoot val="00B47730"/>
    <rsid val="00034616"/>
    <rsid val="0006063C"/>
    <rsid val="0015074B"/>
    <rsid val="0029639D"/>
    <rsid val="00326F90"/>
    <rsid val="00AA1D8D"/>
    <rsid val="00B47730"/>
    <rsid val="00CB0664"/>
    <rsid val="00FC693F"/>
  </rsids>
  <ns2:mathPr>
    <ns2:mathFont ns2:val="Cambria Math"/>
    <ns2:brkBin ns2:val="before"/>
    <ns2:brkBinSub ns2:val="--"/>
    <ns2:smallFrac ns2:val="0"/>
    <ns2:dispDef/>
    <ns2:lMargin ns2:val="0"/>
    <ns2:rMargin ns2:val="0"/>
    <ns2:defJc ns2:val="centerGroup"/>
    <ns2:wrapIndent ns2:val="1440"/>
    <ns2:intLim ns2:val="subSup"/>
    <ns2:naryLim ns2:val="undOvr"/>
  </ns2:mathPr>
  <themeFontLang val="en-US" eastAsia="ja-JP"/>
  <clrSchemeMapping bg1="light1" t1="dark1" bg2="light2" t2="dark2" accent1="accent1" accent2="accent2" accent3="accent3" accent4="accent4" accent5="accent5" accent6="accent6" hyperlink="hyperlink" followedHyperlink="followedHyperlink"/>
  <doNotAutoCompressPictures/>
  <shapeDefaults>
    <ns3:shapedefaults ns4:ext="edit" spidmax="1027"/>
    <ns3:shapelayout ns4:ext="edit">
      <ns3:idmap ns4:ext="edit" data="1"/>
    </ns3:shapelayout>
  </shapeDefaults>
  <decimalSymbol val="."/>
  <listSeparator val=","/>
  <ns5:docId ns5:val="24062061"/>
  <ns5:defaultImageDpi ns5:val="300"/>
</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ns1="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ns1:vector size="2" baseType="variant">
      <ns1:variant>
        <ns1:lpstr>Title</ns1:lpstr>
      </ns1:variant>
      <ns1:variant>
        <ns1:i4>1</ns1:i4>
      </ns1:variant>
    </ns1:vector>
  </HeadingPairs>
  <TitlesOfParts>
    <ns1:vector size="1" baseType="lpstr">
      <ns1:lpstr/>
    </ns1: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